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המעשים הטובים ואת הערכים שבבסיסו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נתינה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לגלות את הכוח של מעשה טוב קטן ולהפוך נתינה להרגל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 של מעשים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המועד משתנה משנה לשנה, בדרך כלל באביב, ויש לוודא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ברעיונות לחטיבת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(לב של מעשים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(גינת 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(אתגר מעשה טוב בסוד)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(התנדבות מאורגנת עם עמותה)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מראש עם גורמים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לקבל אישורים ליציאה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לוח מעקב וחומרים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לשבח כל מעשה, קטן כגדול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קטן וקונקרטי הקשור לנתינה או אכפתיות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נתינה, אכפתיות ויוזמה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עזרה חשאית לחבר או לבן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לחגוג את התרומה המשותפת ולעודד המשך עשייה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פעילויות מהדף בהתאם לשכבת הגיל של הכיתה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לוח המעקב הכיתתי כדי לחבר את התרגול לפעילות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ההתאמות אפשר להתמקד בחלקי mc, tf ו-match בלבד ולהשמיט את המשימות המסומנות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המעשים הטובים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המעשים הטובים הוא יום מיוחד שבו כל כיתה עוסקת בנתינה, אכפתיות ויוזמה, ועושה מעשים טובים קטנים וגדולים למען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נתינה  ·  מכתבים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יום המעשים הטובים?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לגלות את הכוח של מעשה טוב קטן ולהפוך נתינה להרגל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לחגוג חג דתי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על אירועים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פעילות מתאימה לכיתות א-ג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 של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פרויקט 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התנדבות מאורגנת עם עמותה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המעשים הטובים חל תמיד באותו תאריך בדיוק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הרעיונות לחטיבת הביניים הוא אתגר 'מעשה טוב בסוד'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אחד הערכים המרכזיים של היום הוא __________, כלומר לתת לאחרים בלי לצפות לתמורה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בכיתות ד-ו אפשר להכין __________ לבית אבות או לילדים מאושפזים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התנדבות מאורגנת עם עמותה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אתגר מעשה טוב בסוד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גינת 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לב של מעשים טובים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לשבח כל מעשה, קטן כגדול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מראש עם גורמים בקהילה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אישורים ליציאה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לוח מעקב וחומרים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שניים: מהו מעשה טוב קטן שתוכלו לעשות היום בכיתה או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הערכים שעליהם מבוסס יום המעשים הטובים?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למעשה טוב שאפשר לעשות בלי שאיש ידע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המעשים הטובים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