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המעשים הטובים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המעשים הטובים ואת הערכים שבבסיסו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אישית על נתינה ואכפתיות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לגלות את הכוח של מעשה טוב קטן ולהפוך נתינה להרגל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 של מעשים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ניסיון לבצע 30 מעשים טובים ביום אחד ולסמן על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מתאמים התנדבות מאורגנת עם עמותה או מוסד 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המועד משתנה משנה לשנה, בדרך כלל באביב, ויש לוודא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ברעיונות לחטיבת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מציין חמש מילים כמו לעזור, לתת,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המשפחות מוגדר כרשות ולא כחובה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חונכות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(לב של מעשים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(גינת 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(אתגר מעשה טוב בסוד)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(התנדבות מאורגנת עם עמותה)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(מעשה טוב משותף בשכונה)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מראש עם גורמים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לקבל אישורים ליציאה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לוח מעקב וחומרים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לשבח כל מעשה, קטן כגדול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לתעד ולהציג לכל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מעשה קטן וקונקרטי הקשור לנתינה או אכפתיות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נימוק, אפשר לציין את אתגר המעשה הטוב בסוד כדוגמה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נתינה, אכפתיות ויוזמה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עזרה חשאית לחבר או לבן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לחגוג את התרומה המשותפת ולעודד המשך עשייה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לבחור פעילויות מהדף בהתאם לשכבת הגיל של הכיתה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לוח המעקב הכיתתי כדי לחבר את התרגול לפעילות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ההתאמות אפשר להתמקד בחלקי mc, tf ו-match בלבד ולהשמיט את המשימות המסומנות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המעשים הטובים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יום מיוחד שבו כולם עושים דברים טובים לאחרים. בדף הזה נתרגל מה אפשר לעשות ולמה זה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משהו לאחר בלי לצפות לתמורה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אכפתיות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לצרכים של אחרים ולדאוג 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פעולה טובה בעצמך בלי שמישהו ביקש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של עזרה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התנדבות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מרצון טוב בלי 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או פועלים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חונכות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גדול שעוזר או מלמד תלמיד צעיר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היום המיוחד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לגלות את הכוח של מעשה טוב קטן ולהפוך נתינה להרגל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חג דתי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על אירועים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להכין תחפושות לפורים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בכיתות הקטנות?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של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פרויקט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התנדבות מאורגנת עם עמותה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דיון על אחריות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ב'מרוץ 30 המעשים'?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ניסיון לבצע 30 מעשים טובים ביום אחד ולסמן על 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מרוץ ריצה בין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ציור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30 מכתבים לבית 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התלמידים הגדולים ביום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מתאמים התנדבות מאורגנת עם עמותה או מוסד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לב גדול על הקיר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מכינים כרטיסי תודה לצוות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גיבוש ותו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המעשים הטובים חל תמיד באותו תאריך בדיוק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הרעיונות לחטיבת הביניים הוא אתגר 'מעשה טוב בסוד'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ההתאמה לעולים חדשים כוללת לימוד חמש מילים של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ביום המעשים הטובים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הערכים המרכזיים של היום הוא __________, כלומר לתת לאחרים בלי לצפות לתמורה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בכיתות ד-ו אפשר להכין __________ לבית אבות או לילדים מאושפזים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בחטיבת הביניים התלמידים בוחרים בעיה קטנה בסביבה ומבצעים __________ 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תלמידים גדולים יכולים ללמד או לשחק עם ילדים צעירים במסגרת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בהתאמה לחנ״מ כל ילד מקבל מדבקת __________ על כל מעשה שעשה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אתגר מעשה טוב בסוד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גינת 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התנדבות מאורגנת עם עמותה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מעשה טוב משותף בשכונה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שיתוף 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 של מעשים טובים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לשבח כל מעשה, קטן כגדול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לתעד ולהציג לכל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אישורים ליציאה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לוח מעקב וחומרים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מראש עם גורמים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שניים: מהו מעשה טוב קטן שתוכלו לעשות היום בכיתה או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בחטיבת הביניים עולה שאלה: האם מעשה טוב צריך קהל? כתבו את דעתכם בקצרה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הערכים שעליהם מבוסס יום המעשים הטובים?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טוב שאפשר לעשות בלי שאיש ידע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לתעד ולהציג את המעשים הטובים בסוף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המעשים הטובים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