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המעשים הטובים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יום המעשים הטובים ואת הערכים שבבסיסו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מתאימות לכל 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אישית על נתינה ואכפתיות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לגלות את הכוח של מעשה טוב קטן ולהפוך נתינה להרגל 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 של מעשים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ניסיון לבצע 30 מעשים טובים ביום אחד ולסמן על 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מתאמים התנדבות מאורגנת עם עמותה או מוסד קהילתי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המועד משתנה משנה לשנה, בדרך כלל באביב, ויש לוודא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ברעיונות לחטיבת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הדף מציין חמש מילים כמו לעזור, לתת,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שיתוף המשפחות מוגדר כרשות ולא כחובה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חונכות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שכבת גיל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(לב של מעשים טובים)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(גינת חסד)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(אתגר מעשה טוב בסוד)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(התנדבות מאורגנת עם עמותה)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(מעשה טוב משותף בשכונה)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לתאם מראש עם גורמים בקהילה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לקבל אישורים ליציאה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לוח מעקב וחומרים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לשבח כל מעשה, קטן כגדול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לתעד ולהציג לכל 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מעשה קטן וקונקרטי הקשור לנתינה או אכפתיות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נימוק, אפשר לציין את אתגר המעשה הטוב בסוד כדוגמה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נתינה, אכפתיות ויוזמה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עזרה חשאית לחבר או לבן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לחגוג את התרומה המשותפת ולעודד המשך עשייה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לבחור פעילויות מהדף בהתאם לשכבת הגיל של הכיתה לפני חלוקת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לוח המעקב הכיתתי כדי לחבר את התרגול לפעילות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ההתאמות אפשר להתמקד בחלקי mc, tf ו-match בלבד ולהשמיט את המשימות המסומנות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המעשים הטובים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יום המעשים הטובים הוא יום מיוחד שבו כל כיתה עוסקת בנתינה, אכפתיות ויוזמה, ועושה מעשים טובים קטנים וגדולים למען אחרים.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המרכזית של יום המעשים הטובים?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לגלות את הכוח של מעשה טוב קטן ולהפוך נתינה להרגל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לחגוג חג דתי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על אירועים היסטוריים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להכין תחפושות לפורים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פעילות מתאימה לכיתות א-ג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 של מעשים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פרויקט קהילתי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התנדבות מאורגנת עם עמותה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דיון על אחריות חברתית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'מרוץ 30 המעשים'?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ניסיון לבצע 30 מעשים טובים ביום אחד ולסמן על 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מרוץ ריצה בין כיתות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 ציור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30 מכתבים לבית אבות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תלמידי תיכון ביום המעשים הטובים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מתאמים התנדבות מאורגנת עם עמותה או מוסד קהילתי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מציירים לב גדול על הקיר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מכינים כרטיסי תודה לצוות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משחק גיבוש ותו 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המעשים הטובים חל תמיד באותו תאריך בדיוק בכל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הרעיונות לחטיבת הביניים הוא אתגר 'מעשה טוב בסוד'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ההתאמה לעולים חדשים כוללת לימוד חמש מילים של עזרה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המשפחות ביום המעשים הטובים הוא חובה לכל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אחד הערכים המרכזיים של היום הוא __________, כלומר לתת לאחרים בלי לצפות לתמורה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בכיתות ד-ו אפשר להכין __________ לבית אבות או לילדים מאושפזים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בחטיבת הביניים התלמידים בוחרים בעיה קטנה בסביבה ומבצעים __________ קהילתי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בתיכון תלמידים גדולים יכולים ללמד או לשחק עם ילדים צעירים במסגרת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בהתאמה לחנ״מ כל ילד מקבל מדבקת __________ על כל מעשה שעשה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שכבת גיל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א-ג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מעשה טוב משותף בשכונה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ד-ו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התנדבות מאורגנת עם עמותה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חטיבת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גינת חסד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לב של מעשים טובים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שיתוף משפחות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אתגר מעשה טוב בסוד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לתעד ולהציג לכל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לוח מעקב וחומרים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אישורים ליציאה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לתאם מראש עם גורמים בקהילה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לשבח כל מעשה, קטן כגדול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או שניים: מהו מעשה טוב קטן שתוכלו לעשות היום בכיתה או בבית?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בחטיבת הביניים עולה שאלה: האם מעשה טוב צריך קהל? כתבו את דעתכם בקצרה ונמקו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הערכים שעליהם מבוסס יום המעשים הטובים?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למעשה טוב שאפשר לעשות בלי שאיש ידע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לתעד ולהציג את המעשים הטובים בסוף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המעשים הטובים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